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5040"/>
        <w:gridCol w:w="2016"/>
      </w:tblGrid>
      <w:tr w:rsidR="00F65BAE">
        <w:trPr>
          <w:jc w:val="center"/>
        </w:trPr>
        <w:tc>
          <w:tcPr>
            <w:tcW w:w="2016" w:type="dxa"/>
          </w:tcPr>
          <w:p w:rsidR="00F65BAE" w:rsidRDefault="00000000">
            <w:r>
              <w:rPr>
                <w:noProof/>
              </w:rPr>
              <w:drawing>
                <wp:inline distT="0" distB="0" distL="0" distR="0">
                  <wp:extent cx="1097280" cy="76417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76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F65BAE" w:rsidRPr="002B49F1" w:rsidRDefault="00000000">
            <w:pPr>
              <w:jc w:val="center"/>
              <w:rPr>
                <w:sz w:val="24"/>
                <w:szCs w:val="24"/>
              </w:rPr>
            </w:pPr>
            <w:r w:rsidRPr="002B49F1">
              <w:rPr>
                <w:b/>
                <w:sz w:val="24"/>
                <w:szCs w:val="24"/>
              </w:rPr>
              <w:t>SCARBOROUGH YACHT CLUB</w:t>
            </w:r>
            <w:r w:rsidRPr="002B49F1">
              <w:rPr>
                <w:b/>
                <w:sz w:val="24"/>
                <w:szCs w:val="24"/>
              </w:rPr>
              <w:br/>
              <w:t>SYC 707 NATIONAL CHAMPIONSHIPS</w:t>
            </w:r>
            <w:r w:rsidRPr="002B49F1">
              <w:rPr>
                <w:b/>
                <w:sz w:val="24"/>
                <w:szCs w:val="24"/>
              </w:rPr>
              <w:br/>
              <w:t>ENTRY FORM</w:t>
            </w:r>
          </w:p>
        </w:tc>
        <w:tc>
          <w:tcPr>
            <w:tcW w:w="2016" w:type="dxa"/>
          </w:tcPr>
          <w:p w:rsidR="00F65BAE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97280" cy="7837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(1)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783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BAE" w:rsidRDefault="00000000" w:rsidP="002B49F1">
      <w:pPr>
        <w:jc w:val="center"/>
      </w:pPr>
      <w:r>
        <w:rPr>
          <w:b/>
        </w:rPr>
        <w:t>3–6 September 2026</w:t>
      </w:r>
      <w:r>
        <w:rPr>
          <w:b/>
        </w:rPr>
        <w:br/>
        <w:t xml:space="preserve">Closing date for entries: </w:t>
      </w:r>
      <w:r w:rsidR="00F44A61">
        <w:rPr>
          <w:b/>
        </w:rPr>
        <w:t>19</w:t>
      </w:r>
      <w:r w:rsidR="00F44A61" w:rsidRPr="00F44A61">
        <w:rPr>
          <w:b/>
          <w:vertAlign w:val="superscript"/>
        </w:rPr>
        <w:t>th</w:t>
      </w:r>
      <w:r w:rsidR="00F44A61">
        <w:rPr>
          <w:b/>
        </w:rPr>
        <w:t xml:space="preserve"> </w:t>
      </w:r>
      <w:r>
        <w:rPr>
          <w:b/>
        </w:rPr>
        <w:t>August 2026</w:t>
      </w:r>
      <w:r>
        <w:rPr>
          <w:b/>
        </w:rPr>
        <w:br/>
      </w:r>
      <w:r>
        <w:t>Late entries incur a £50 surcharge.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F65BAE">
        <w:tc>
          <w:tcPr>
            <w:tcW w:w="5400" w:type="dxa"/>
          </w:tcPr>
          <w:p w:rsidR="00F65BAE" w:rsidRDefault="00000000">
            <w:r>
              <w:t>Championship Entry Fee</w:t>
            </w:r>
          </w:p>
        </w:tc>
        <w:tc>
          <w:tcPr>
            <w:tcW w:w="5400" w:type="dxa"/>
          </w:tcPr>
          <w:p w:rsidR="00F65BAE" w:rsidRDefault="00000000">
            <w:r>
              <w:t>£200</w:t>
            </w:r>
          </w:p>
        </w:tc>
      </w:tr>
      <w:tr w:rsidR="00F65BAE">
        <w:tc>
          <w:tcPr>
            <w:tcW w:w="5400" w:type="dxa"/>
          </w:tcPr>
          <w:p w:rsidR="00F65BAE" w:rsidRDefault="00000000">
            <w:r>
              <w:t>Berthing &amp; Crane Lift In / Out</w:t>
            </w:r>
          </w:p>
        </w:tc>
        <w:tc>
          <w:tcPr>
            <w:tcW w:w="5400" w:type="dxa"/>
          </w:tcPr>
          <w:p w:rsidR="00F65BAE" w:rsidRDefault="00000000">
            <w:r>
              <w:t>£125</w:t>
            </w:r>
          </w:p>
        </w:tc>
      </w:tr>
      <w:tr w:rsidR="00F65BAE">
        <w:tc>
          <w:tcPr>
            <w:tcW w:w="5400" w:type="dxa"/>
          </w:tcPr>
          <w:p w:rsidR="00F65BAE" w:rsidRDefault="00000000">
            <w:r>
              <w:t xml:space="preserve">Late Entry Fee (after </w:t>
            </w:r>
            <w:r w:rsidR="00F44A61">
              <w:t>19</w:t>
            </w:r>
            <w:r>
              <w:t xml:space="preserve"> August 2026)</w:t>
            </w:r>
          </w:p>
        </w:tc>
        <w:tc>
          <w:tcPr>
            <w:tcW w:w="5400" w:type="dxa"/>
          </w:tcPr>
          <w:p w:rsidR="00F65BAE" w:rsidRDefault="00000000">
            <w:r>
              <w:t>£50</w:t>
            </w:r>
          </w:p>
        </w:tc>
      </w:tr>
      <w:tr w:rsidR="00F65BAE">
        <w:tc>
          <w:tcPr>
            <w:tcW w:w="5400" w:type="dxa"/>
          </w:tcPr>
          <w:p w:rsidR="00F65BAE" w:rsidRDefault="00000000">
            <w:r>
              <w:t>Total Paid</w:t>
            </w:r>
          </w:p>
        </w:tc>
        <w:tc>
          <w:tcPr>
            <w:tcW w:w="5400" w:type="dxa"/>
          </w:tcPr>
          <w:p w:rsidR="00F65BAE" w:rsidRDefault="00000000">
            <w:r>
              <w:t>£__________</w:t>
            </w:r>
          </w:p>
        </w:tc>
      </w:tr>
    </w:tbl>
    <w:p w:rsidR="002B49F1" w:rsidRDefault="00000000" w:rsidP="002B49F1">
      <w:pPr>
        <w:rPr>
          <w:b/>
        </w:rPr>
      </w:pPr>
      <w:r>
        <w:rPr>
          <w:b/>
        </w:rPr>
        <w:t>Payment by BANK TRANSFER to:</w:t>
      </w:r>
      <w:r>
        <w:rPr>
          <w:b/>
        </w:rPr>
        <w:br/>
        <w:t>Scarborough Yacht Club</w:t>
      </w:r>
      <w:r>
        <w:rPr>
          <w:b/>
        </w:rPr>
        <w:br/>
        <w:t>Sort Code: 30-97-43</w:t>
      </w:r>
      <w:r>
        <w:rPr>
          <w:b/>
        </w:rPr>
        <w:br/>
        <w:t>Account: 00159342</w:t>
      </w:r>
      <w:r>
        <w:rPr>
          <w:b/>
        </w:rPr>
        <w:br/>
        <w:t>Reference: 707 + Boat Name</w:t>
      </w:r>
    </w:p>
    <w:p w:rsidR="00F65BAE" w:rsidRPr="002B49F1" w:rsidRDefault="00000000" w:rsidP="002B49F1">
      <w:pPr>
        <w:rPr>
          <w:color w:val="548DD4" w:themeColor="text2" w:themeTint="99"/>
          <w:sz w:val="24"/>
          <w:szCs w:val="24"/>
        </w:rPr>
      </w:pPr>
      <w:r w:rsidRPr="002B49F1">
        <w:rPr>
          <w:color w:val="548DD4" w:themeColor="text2" w:themeTint="99"/>
          <w:sz w:val="24"/>
          <w:szCs w:val="24"/>
        </w:rPr>
        <w:t>Boat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F65BAE">
        <w:tc>
          <w:tcPr>
            <w:tcW w:w="5400" w:type="dxa"/>
          </w:tcPr>
          <w:p w:rsidR="00F65BAE" w:rsidRDefault="00000000">
            <w:r>
              <w:t>Boat Name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Sail Number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707 Hull Number (if known)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Home Club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Owner /</w:t>
            </w:r>
            <w:r w:rsidR="002B49F1">
              <w:t xml:space="preserve"> Skipper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Address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Postcode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Email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Mobile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Emergency Contact</w:t>
            </w:r>
          </w:p>
        </w:tc>
        <w:tc>
          <w:tcPr>
            <w:tcW w:w="5400" w:type="dxa"/>
          </w:tcPr>
          <w:p w:rsidR="00F65BAE" w:rsidRDefault="00F65BAE"/>
        </w:tc>
      </w:tr>
      <w:tr w:rsidR="00F65BAE">
        <w:tc>
          <w:tcPr>
            <w:tcW w:w="5400" w:type="dxa"/>
          </w:tcPr>
          <w:p w:rsidR="00F65BAE" w:rsidRDefault="00000000">
            <w:r>
              <w:t>Emergency Contact Telephone</w:t>
            </w:r>
          </w:p>
        </w:tc>
        <w:tc>
          <w:tcPr>
            <w:tcW w:w="5400" w:type="dxa"/>
          </w:tcPr>
          <w:p w:rsidR="00F65BAE" w:rsidRDefault="00F65BAE"/>
        </w:tc>
      </w:tr>
    </w:tbl>
    <w:p w:rsidR="00F65BAE" w:rsidRDefault="00000000">
      <w:pPr>
        <w:pStyle w:val="Heading2"/>
      </w:pPr>
      <w:r>
        <w:t>Crew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F65BAE">
        <w:tc>
          <w:tcPr>
            <w:tcW w:w="2160" w:type="dxa"/>
          </w:tcPr>
          <w:p w:rsidR="00F65BAE" w:rsidRDefault="00000000">
            <w:r>
              <w:t>Position</w:t>
            </w:r>
          </w:p>
        </w:tc>
        <w:tc>
          <w:tcPr>
            <w:tcW w:w="2160" w:type="dxa"/>
          </w:tcPr>
          <w:p w:rsidR="00F65BAE" w:rsidRDefault="00000000">
            <w:r>
              <w:t>Name</w:t>
            </w:r>
          </w:p>
        </w:tc>
        <w:tc>
          <w:tcPr>
            <w:tcW w:w="2160" w:type="dxa"/>
          </w:tcPr>
          <w:p w:rsidR="00F65BAE" w:rsidRDefault="00000000">
            <w:r>
              <w:t>Club</w:t>
            </w:r>
          </w:p>
        </w:tc>
        <w:tc>
          <w:tcPr>
            <w:tcW w:w="2160" w:type="dxa"/>
          </w:tcPr>
          <w:p w:rsidR="00F65BAE" w:rsidRDefault="00000000">
            <w:r>
              <w:t>Email</w:t>
            </w:r>
          </w:p>
        </w:tc>
        <w:tc>
          <w:tcPr>
            <w:tcW w:w="2160" w:type="dxa"/>
          </w:tcPr>
          <w:p w:rsidR="00F65BAE" w:rsidRDefault="00000000">
            <w:r>
              <w:t>Mobile</w:t>
            </w:r>
          </w:p>
        </w:tc>
      </w:tr>
      <w:tr w:rsidR="00F65BAE">
        <w:tc>
          <w:tcPr>
            <w:tcW w:w="2160" w:type="dxa"/>
          </w:tcPr>
          <w:p w:rsidR="00F65BAE" w:rsidRDefault="00000000">
            <w:r>
              <w:t>Helm</w:t>
            </w:r>
          </w:p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</w:tr>
      <w:tr w:rsidR="00F65BAE">
        <w:tc>
          <w:tcPr>
            <w:tcW w:w="2160" w:type="dxa"/>
          </w:tcPr>
          <w:p w:rsidR="00F65BAE" w:rsidRDefault="00000000">
            <w:r>
              <w:t>Crew 2</w:t>
            </w:r>
          </w:p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</w:tr>
      <w:tr w:rsidR="00F65BAE">
        <w:tc>
          <w:tcPr>
            <w:tcW w:w="2160" w:type="dxa"/>
          </w:tcPr>
          <w:p w:rsidR="00F65BAE" w:rsidRDefault="00000000">
            <w:r>
              <w:t>Crew 3</w:t>
            </w:r>
          </w:p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</w:tr>
      <w:tr w:rsidR="00F65BAE">
        <w:tc>
          <w:tcPr>
            <w:tcW w:w="2160" w:type="dxa"/>
          </w:tcPr>
          <w:p w:rsidR="00F65BAE" w:rsidRDefault="00000000">
            <w:r>
              <w:t>Crew 4</w:t>
            </w:r>
          </w:p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</w:tr>
      <w:tr w:rsidR="00F65BAE">
        <w:tc>
          <w:tcPr>
            <w:tcW w:w="2160" w:type="dxa"/>
          </w:tcPr>
          <w:p w:rsidR="00F65BAE" w:rsidRDefault="00000000">
            <w:r>
              <w:t>Crew 5</w:t>
            </w:r>
          </w:p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  <w:tc>
          <w:tcPr>
            <w:tcW w:w="2160" w:type="dxa"/>
          </w:tcPr>
          <w:p w:rsidR="00F65BAE" w:rsidRDefault="00F65BAE"/>
        </w:tc>
      </w:tr>
    </w:tbl>
    <w:p w:rsidR="00F65BAE" w:rsidRDefault="00000000">
      <w:pPr>
        <w:pStyle w:val="Heading2"/>
      </w:pPr>
      <w:r>
        <w:t>Declaration</w:t>
      </w:r>
    </w:p>
    <w:p w:rsidR="00F65BAE" w:rsidRDefault="00000000">
      <w:r>
        <w:t>☐ I agree to be bound by the Racing Rules of Sailing, the Notice of Race and Sailing Instructions.</w:t>
      </w:r>
      <w:r>
        <w:br/>
        <w:t>☐ I confirm the boat has valid third-party liability insurance of at least £3,000,000.</w:t>
      </w:r>
      <w:r>
        <w:br/>
        <w:t>☐ I understand competitors participate entirely at their own risk (RRS 3).</w:t>
      </w:r>
      <w:r>
        <w:br/>
        <w:t>☐ I consent to event photography and processing of personal data for event administration.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700"/>
      </w:tblGrid>
      <w:tr w:rsidR="00F65BAE">
        <w:tc>
          <w:tcPr>
            <w:tcW w:w="2700" w:type="dxa"/>
          </w:tcPr>
          <w:p w:rsidR="00F65BAE" w:rsidRDefault="00000000">
            <w:r>
              <w:t>Name</w:t>
            </w:r>
          </w:p>
        </w:tc>
        <w:tc>
          <w:tcPr>
            <w:tcW w:w="2700" w:type="dxa"/>
          </w:tcPr>
          <w:p w:rsidR="00F65BAE" w:rsidRDefault="00000000">
            <w:r>
              <w:t>Signature</w:t>
            </w:r>
          </w:p>
        </w:tc>
        <w:tc>
          <w:tcPr>
            <w:tcW w:w="2700" w:type="dxa"/>
          </w:tcPr>
          <w:p w:rsidR="00F65BAE" w:rsidRDefault="00000000">
            <w:r>
              <w:t>Date</w:t>
            </w:r>
          </w:p>
        </w:tc>
        <w:tc>
          <w:tcPr>
            <w:tcW w:w="2700" w:type="dxa"/>
          </w:tcPr>
          <w:p w:rsidR="00F65BAE" w:rsidRDefault="00F65BAE"/>
        </w:tc>
      </w:tr>
      <w:tr w:rsidR="00F65BAE">
        <w:tc>
          <w:tcPr>
            <w:tcW w:w="2700" w:type="dxa"/>
          </w:tcPr>
          <w:p w:rsidR="00F65BAE" w:rsidRDefault="00F65BAE"/>
        </w:tc>
        <w:tc>
          <w:tcPr>
            <w:tcW w:w="2700" w:type="dxa"/>
          </w:tcPr>
          <w:p w:rsidR="00F65BAE" w:rsidRDefault="00F65BAE"/>
        </w:tc>
        <w:tc>
          <w:tcPr>
            <w:tcW w:w="2700" w:type="dxa"/>
          </w:tcPr>
          <w:p w:rsidR="00F65BAE" w:rsidRDefault="00F65BAE"/>
        </w:tc>
        <w:tc>
          <w:tcPr>
            <w:tcW w:w="2700" w:type="dxa"/>
          </w:tcPr>
          <w:p w:rsidR="00F65BAE" w:rsidRDefault="00F65BAE"/>
        </w:tc>
      </w:tr>
    </w:tbl>
    <w:p w:rsidR="00F65BAE" w:rsidRDefault="00000000">
      <w:pPr>
        <w:pStyle w:val="Heading2"/>
      </w:pPr>
      <w:r>
        <w:lastRenderedPageBreak/>
        <w:t>Return Entry</w:t>
      </w:r>
    </w:p>
    <w:p w:rsidR="00F65BAE" w:rsidRDefault="00000000">
      <w:r>
        <w:t>Email completed form to: commodore@syc.org.uk</w:t>
      </w:r>
    </w:p>
    <w:sectPr w:rsidR="00F65BAE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2495567">
    <w:abstractNumId w:val="8"/>
  </w:num>
  <w:num w:numId="2" w16cid:durableId="502935942">
    <w:abstractNumId w:val="6"/>
  </w:num>
  <w:num w:numId="3" w16cid:durableId="1734617965">
    <w:abstractNumId w:val="5"/>
  </w:num>
  <w:num w:numId="4" w16cid:durableId="1136338353">
    <w:abstractNumId w:val="4"/>
  </w:num>
  <w:num w:numId="5" w16cid:durableId="1647779425">
    <w:abstractNumId w:val="7"/>
  </w:num>
  <w:num w:numId="6" w16cid:durableId="1644192668">
    <w:abstractNumId w:val="3"/>
  </w:num>
  <w:num w:numId="7" w16cid:durableId="1493989711">
    <w:abstractNumId w:val="2"/>
  </w:num>
  <w:num w:numId="8" w16cid:durableId="1585526669">
    <w:abstractNumId w:val="1"/>
  </w:num>
  <w:num w:numId="9" w16cid:durableId="117233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49F1"/>
    <w:rsid w:val="00326F90"/>
    <w:rsid w:val="00415170"/>
    <w:rsid w:val="006143D1"/>
    <w:rsid w:val="00696FA2"/>
    <w:rsid w:val="00AA1D8D"/>
    <w:rsid w:val="00B47730"/>
    <w:rsid w:val="00CB0664"/>
    <w:rsid w:val="00F44A61"/>
    <w:rsid w:val="00F65B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881DF0"/>
  <w14:defaultImageDpi w14:val="300"/>
  <w15:docId w15:val="{73E4F797-0276-974A-9ED8-80D9AA65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2026-07-31T10:45:00Z</dcterms:created>
  <dcterms:modified xsi:type="dcterms:W3CDTF">2026-07-31T10:45:00Z</dcterms:modified>
  <cp:category/>
</cp:coreProperties>
</file>